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DEE" w:rsidRPr="0013173D" w:rsidRDefault="00BE0B7C" w:rsidP="00BE0B7C">
      <w:pPr>
        <w:spacing w:after="120"/>
        <w:jc w:val="right"/>
        <w:rPr>
          <w:lang w:val="ru-RU"/>
        </w:rPr>
      </w:pPr>
      <w:bookmarkStart w:id="0" w:name="_GoBack"/>
      <w:r>
        <w:rPr>
          <w:b/>
          <w:noProof/>
          <w:lang w:val="ru-RU" w:eastAsia="ru-RU"/>
        </w:rPr>
        <w:drawing>
          <wp:inline distT="0" distB="0" distL="0" distR="0">
            <wp:extent cx="3143250" cy="2619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06DEE" w:rsidRPr="0013173D" w:rsidRDefault="008C6CAF">
      <w:pPr>
        <w:spacing w:after="0"/>
        <w:rPr>
          <w:lang w:val="ru-RU"/>
        </w:rPr>
      </w:pPr>
      <w:r w:rsidRPr="0013173D">
        <w:rPr>
          <w:b/>
          <w:lang w:val="ru-RU"/>
        </w:rPr>
        <w:t>План проверок членов саморегулируемой организации</w:t>
      </w:r>
    </w:p>
    <w:p w:rsidR="00306DEE" w:rsidRDefault="008C6CAF">
      <w:pPr>
        <w:spacing w:after="0"/>
        <w:rPr>
          <w:b/>
          <w:lang w:val="ru-RU"/>
        </w:rPr>
      </w:pPr>
      <w:r w:rsidRPr="0013173D">
        <w:rPr>
          <w:b/>
          <w:lang w:val="ru-RU"/>
        </w:rPr>
        <w:t xml:space="preserve">Ассоциации «Объединение градостроительных проектных организаций» на </w:t>
      </w:r>
      <w:r w:rsidR="008F14F0">
        <w:rPr>
          <w:b/>
          <w:lang w:val="ru-RU"/>
        </w:rPr>
        <w:t>октябрь</w:t>
      </w:r>
      <w:r w:rsidRPr="0013173D">
        <w:rPr>
          <w:b/>
          <w:lang w:val="ru-RU"/>
        </w:rPr>
        <w:t xml:space="preserve"> 2026 года.</w:t>
      </w:r>
    </w:p>
    <w:p w:rsidR="0013173D" w:rsidRPr="0013173D" w:rsidRDefault="0013173D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306DEE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DEE" w:rsidRDefault="008C6CAF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Земельное Бюро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1628005355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423700, Республика Татарстан, Мензелинский район, г.Мензелинск, ул.Тукая, дом 19</w:t>
            </w:r>
          </w:p>
        </w:tc>
      </w:tr>
      <w:tr w:rsidR="008F14F0" w:rsidRPr="008F14F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УК Жильё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1651063651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 w:rsidRPr="00A33041">
              <w:rPr>
                <w:lang w:val="ru-RU"/>
              </w:rPr>
              <w:t xml:space="preserve">423578, Республика Татарстан (Татарстан), Нижнекамский р-н, г. Нижнекамск, ул. </w:t>
            </w:r>
            <w:r>
              <w:t>Студенческая, д. 13, помещ. 1006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Зарница Строй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1655143234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420006, Республика Татарстан, г.Казань, ул.Рахимова, дом 8, стр.2, оф.411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ПРОФИ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1655150760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420111, Республика Татарстан, г.Казань, ул.Московская, дом 40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2535DC" w:rsidRDefault="008F14F0" w:rsidP="00066680">
            <w:pPr>
              <w:spacing w:after="0" w:line="240" w:lineRule="auto"/>
            </w:pPr>
            <w:r w:rsidRPr="002535DC"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2535DC" w:rsidRDefault="008F14F0" w:rsidP="00066680">
            <w:pPr>
              <w:spacing w:after="0" w:line="240" w:lineRule="auto"/>
            </w:pPr>
            <w:r w:rsidRPr="002535DC">
              <w:t>Интехпроект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2535DC" w:rsidRDefault="008F14F0" w:rsidP="00066680">
            <w:pPr>
              <w:spacing w:after="0" w:line="240" w:lineRule="auto"/>
            </w:pPr>
            <w:r w:rsidRPr="002535DC">
              <w:t>1655157332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2535DC" w:rsidRDefault="008F14F0" w:rsidP="00066680">
            <w:pPr>
              <w:spacing w:after="0" w:line="240" w:lineRule="auto"/>
              <w:rPr>
                <w:lang w:val="ru-RU"/>
              </w:rPr>
            </w:pPr>
            <w:r w:rsidRPr="002535DC">
              <w:rPr>
                <w:lang w:val="ru-RU"/>
              </w:rPr>
              <w:t>420015, Республика Татарстан (Татарстан) , г.Казань, ул.Толстого, дом 14А, блок Г, офис 100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ПроектСтройСервис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1655489722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420097, Республика Татарстан, г.Казань, ул.Амирхана Еники, д.17 Б, офис 1001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Арена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1661037467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420043, Республика Татарстан, г.Казань, ул.Лесгафта, дом 6/57, пом.40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ИНТЕЛПРОЕКТ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1685009645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421001, Республика Татарстан (Татарстан),г.Казань, ул.Чистопольская, дом 83, офис 102</w:t>
            </w:r>
          </w:p>
        </w:tc>
      </w:tr>
      <w:tr w:rsidR="008F14F0" w:rsidRPr="00A67F00" w:rsidTr="0057072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4F0" w:rsidRPr="0057072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color w:val="000000" w:themeColor="text1"/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Импульс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7841019644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191186, г.Санкт-Петербург, ул.Миллионная, д. 4/1, лит."А", пом.8-Н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ИП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Игнатова Я.Ю.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911007778650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297406, Республика Крым, г.Евпатория, ул.9 Мая, дом № 114, кв.38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КСИБ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9111004864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298313, Республика Крым, г.Керчь, ул.Костыриной, дом 3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ДаНа-Строй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9111021115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298309, Республика Крым, г.Керчь, ул.Орджоникидзе, дом 90, кв.60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АгроСтройПроект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5433172175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630520, Новосибирская область, Новосибирский р-н, п.Крупской, ул.Центральная, дом 9, кв.2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ЭЦ Пожарная безопасность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5406314864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630091, Новосибирская область, г.Новосибирск, ул.Гоголя, дом 32/1, каб.2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Формат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5403317144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630099, г.Новосибирск, ул.Максима Горького, дом 64, офис 6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КРАФТ ДЕВЕЛОПМЕНТ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9102276251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295026, Республика Крым, г.Симферополь, ул.Гагарина, дом 20А, офис 313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СЕВАГРОТРАНС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9201010703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299055, г.Севастополь, ул.Хрусталева, дом 84, каб.9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АО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ЧЕЧЕНЭНЕРГО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2016081143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364020, Чеченская Республика, г.Грозный, Старопромысловское ш., дом 6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СССК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2016800239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364020, Чеченская Республика, г.Грозный, Старопромысловское шоссе, зд. 26Б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8F14F0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ФГБОУ ВО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ГГНТУ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2020000531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364051, Чеченская Республика, г.Грозный, просп.им.Исаева Хусейна Абубакаровича, дом 100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Стройпроект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2624034893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364060, Чеченская Республика, г.Грозный, Ахматовский р-н, ул.Угловая, дом 32, помещ.1А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Энергосетьпроект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5257076522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603000, Нижегородская обл., г.Нижний Новгород, пер.Холодный, дом 9, пом.П2, эт.1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РС-НН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5258106794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603032, Нижегородская область, г.Нижний Новгород, ул.Памирская, дом 11, офис 30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Энергонезависимость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5260117289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603009, г.Нижний Новгород, пр-кт Гагарина, дом 37Г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8F14F0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СМО Энергострой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5260370154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603000, г.Нижний Новгород, ул.Костина, дом 3, пом.П32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РСК Уралспецстрой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6658460657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620028, г.Екатеринбург, ул.Татищева, дом 98, офис 17</w:t>
            </w:r>
          </w:p>
        </w:tc>
      </w:tr>
      <w:tr w:rsidR="008F14F0" w:rsidRPr="00A67F00" w:rsidTr="008F14F0">
        <w:trPr>
          <w:trHeight w:val="639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УЛЬТРА ТЕХНОЛОГИИ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7725340952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143409, Московская область, г.Красногорск, ул.Успенская, д.5, офис 516.2-1, помещ.14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СтройКомфорт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7743247000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107078, г.Москва, вн.тер.г.муниципальный округ Красносельский, пер.Орликов, дом 8, пом.1/1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ГЛАВСТРОЙЭКСПЕРТ-МВ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9724014950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123112, г.Москва, вн.тер.г.муниципальный округ Пресненский, наб.Пресненская, дом 12, пом.18/66 (РМ29)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СвязьЭнергоСтрой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9731014414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127473, г.Москва, вн.тер.г. муниципальный округ Тверской, пер.1-й Волконский, дом 15, пом.1/3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Стройресурс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6726022372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215500, Смоленская область, Сафоновский р-н, г.Сафоново, ул.Ленина, дом 19 А, оф.16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АРХСтрой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6731026140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214019, Смоленская область, г.Смоленск, ул.Марии Октябрьской, дом 16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8F14F0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ГАРМОНИЯ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6731040948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214013, Смоленская область, г.Смоленск, ул.Воробьева, дом 13, офис 208-2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Инжпроектстрой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7729494199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119027, г.Москва, п.Внуково, ул.Центральная, дом 8Б, офис 508А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НПЦ Спецоснащение МО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7726763982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117639, г.Москва, ул.Чертановская, дом 1В, корп.1, кв.194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Четвертая концессионная компания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7728356380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143409, Московская область, г.Красногорск, ул.Успенская, дом 4А, этаж 4, офис 423 А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СГСМ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7730542778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127410, г.Москва, Алтуфьевское шоссе, дом 31, стр.1, эт.3, пом.</w:t>
            </w:r>
            <w:r>
              <w:t>I</w:t>
            </w:r>
            <w:r w:rsidRPr="00A33041">
              <w:rPr>
                <w:lang w:val="ru-RU"/>
              </w:rPr>
              <w:t>, комн.4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СП-Эксперт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7731344320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111024, г.Москва, вн.тер.г.муниципальный округ Соколиная гора, ш.Энтузиастов, дом 19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КСИ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7731509237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132290, г.Москва, проезд Причальный, дом 10, к.1, помещ.1Т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АЛАРМ-ТЕЛЕКОМ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7731652639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121354, г.Москва, ул.Маршала Неделина, дом 10/24, 49</w:t>
            </w:r>
          </w:p>
        </w:tc>
      </w:tr>
      <w:tr w:rsidR="008F14F0" w:rsidRPr="00A67F00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3867BB" w:rsidRDefault="008F14F0" w:rsidP="003867BB">
            <w:pPr>
              <w:pStyle w:val="ae"/>
              <w:numPr>
                <w:ilvl w:val="0"/>
                <w:numId w:val="10"/>
              </w:numPr>
              <w:spacing w:after="0" w:line="240" w:lineRule="auto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ПрофЭнергоСтрой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Default="008F14F0" w:rsidP="00066680">
            <w:pPr>
              <w:spacing w:after="0" w:line="240" w:lineRule="auto"/>
            </w:pPr>
            <w:r>
              <w:t>7751527192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14F0" w:rsidRPr="00A33041" w:rsidRDefault="008F14F0" w:rsidP="00066680">
            <w:pPr>
              <w:spacing w:after="0" w:line="240" w:lineRule="auto"/>
              <w:rPr>
                <w:lang w:val="ru-RU"/>
              </w:rPr>
            </w:pPr>
            <w:r w:rsidRPr="00A33041">
              <w:rPr>
                <w:lang w:val="ru-RU"/>
              </w:rPr>
              <w:t>108813, г.Москва, вн.тер.г.поселение Московский, г.Московский, ул.Солнечная, дом 2А, стр.2, эт.2, комн.№209</w:t>
            </w:r>
          </w:p>
        </w:tc>
      </w:tr>
    </w:tbl>
    <w:p w:rsidR="008C6CAF" w:rsidRPr="0013173D" w:rsidRDefault="008C6CAF">
      <w:pPr>
        <w:rPr>
          <w:lang w:val="ru-RU"/>
        </w:rPr>
      </w:pPr>
    </w:p>
    <w:sectPr w:rsidR="008C6CAF" w:rsidRPr="0013173D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B0E55DE"/>
    <w:multiLevelType w:val="hybridMultilevel"/>
    <w:tmpl w:val="C2A6EC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173D"/>
    <w:rsid w:val="0015074B"/>
    <w:rsid w:val="0029639D"/>
    <w:rsid w:val="00306DEE"/>
    <w:rsid w:val="00326F90"/>
    <w:rsid w:val="003867BB"/>
    <w:rsid w:val="00447E85"/>
    <w:rsid w:val="004E1530"/>
    <w:rsid w:val="0057072B"/>
    <w:rsid w:val="008C6CAF"/>
    <w:rsid w:val="008F14F0"/>
    <w:rsid w:val="00A67F00"/>
    <w:rsid w:val="00AA1D8D"/>
    <w:rsid w:val="00B47730"/>
    <w:rsid w:val="00BE0B7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E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E0B7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BE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BE0B7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646BE9-8F74-45A5-9CA3-BF5865360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9</cp:revision>
  <dcterms:created xsi:type="dcterms:W3CDTF">2013-12-23T23:15:00Z</dcterms:created>
  <dcterms:modified xsi:type="dcterms:W3CDTF">2026-08-25T10:22:00Z</dcterms:modified>
  <cp:category/>
</cp:coreProperties>
</file>