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DEE" w:rsidRPr="0013173D" w:rsidRDefault="00BA0BD9" w:rsidP="00BA0BD9">
      <w:pPr>
        <w:spacing w:after="120"/>
        <w:jc w:val="right"/>
        <w:rPr>
          <w:lang w:val="ru-RU"/>
        </w:rPr>
      </w:pPr>
      <w:bookmarkStart w:id="0" w:name="_GoBack"/>
      <w:r>
        <w:rPr>
          <w:noProof/>
          <w:lang w:val="ru-RU" w:eastAsia="ru-RU"/>
        </w:rPr>
        <w:drawing>
          <wp:inline distT="0" distB="0" distL="0" distR="0" wp14:anchorId="3D63451F" wp14:editId="004D90F3">
            <wp:extent cx="3000375" cy="2362200"/>
            <wp:effectExtent l="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06DEE" w:rsidRPr="0013173D" w:rsidRDefault="008C6CAF">
      <w:pPr>
        <w:spacing w:after="0"/>
        <w:rPr>
          <w:lang w:val="ru-RU"/>
        </w:rPr>
      </w:pPr>
      <w:r w:rsidRPr="0013173D">
        <w:rPr>
          <w:b/>
          <w:lang w:val="ru-RU"/>
        </w:rPr>
        <w:t>План проверок членов саморегулируемой организации</w:t>
      </w:r>
    </w:p>
    <w:p w:rsidR="00306DEE" w:rsidRDefault="008C6CAF">
      <w:pPr>
        <w:spacing w:after="0"/>
        <w:rPr>
          <w:b/>
          <w:lang w:val="ru-RU"/>
        </w:rPr>
      </w:pPr>
      <w:r w:rsidRPr="0013173D">
        <w:rPr>
          <w:b/>
          <w:lang w:val="ru-RU"/>
        </w:rPr>
        <w:t>Ассоциации «Объединение градостроительных проектных организаций» на сентябрь 2026 года.</w:t>
      </w:r>
    </w:p>
    <w:p w:rsidR="0013173D" w:rsidRPr="0013173D" w:rsidRDefault="0013173D">
      <w:pPr>
        <w:spacing w:after="0"/>
        <w:rPr>
          <w:lang w:val="ru-RU"/>
        </w:rPr>
      </w:pPr>
    </w:p>
    <w:tbl>
      <w:tblPr>
        <w:tblW w:w="15143" w:type="dxa"/>
        <w:tblLayout w:type="fixed"/>
        <w:tblLook w:val="04A0" w:firstRow="1" w:lastRow="0" w:firstColumn="1" w:lastColumn="0" w:noHBand="0" w:noVBand="1"/>
      </w:tblPr>
      <w:tblGrid>
        <w:gridCol w:w="682"/>
        <w:gridCol w:w="1583"/>
        <w:gridCol w:w="4485"/>
        <w:gridCol w:w="1755"/>
        <w:gridCol w:w="6638"/>
      </w:tblGrid>
      <w:tr w:rsidR="00306DEE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  <w:jc w:val="center"/>
            </w:pPr>
            <w:r>
              <w:rPr>
                <w:b/>
              </w:rPr>
              <w:t>№</w:t>
            </w:r>
          </w:p>
          <w:p w:rsidR="00306DEE" w:rsidRDefault="008C6CAF">
            <w:pPr>
              <w:spacing w:after="0" w:line="240" w:lineRule="auto"/>
              <w:jc w:val="center"/>
            </w:pPr>
            <w:r>
              <w:rPr>
                <w:b/>
              </w:rPr>
              <w:t>п/п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  <w:jc w:val="center"/>
            </w:pPr>
            <w:r>
              <w:rPr>
                <w:b/>
              </w:rPr>
              <w:t>ОПФ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  <w:jc w:val="center"/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  <w:jc w:val="center"/>
            </w:pPr>
            <w:r>
              <w:rPr>
                <w:b/>
              </w:rPr>
              <w:t>ИНН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  <w:jc w:val="center"/>
            </w:pPr>
            <w:r>
              <w:rPr>
                <w:b/>
              </w:rPr>
              <w:t>Адрес</w:t>
            </w:r>
          </w:p>
        </w:tc>
      </w:tr>
      <w:tr w:rsidR="00306DEE" w:rsidRPr="00447E85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306DEE" w:rsidP="003867BB">
            <w:pPr>
              <w:pStyle w:val="ae"/>
              <w:numPr>
                <w:ilvl w:val="0"/>
                <w:numId w:val="10"/>
              </w:numPr>
              <w:spacing w:after="0" w:line="240" w:lineRule="auto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ОПТИМАЛЬНЫЕ ИНЖЕНЕРНЫЕ РЕШЕНИЯ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1651088871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Pr="0013173D" w:rsidRDefault="008C6CAF">
            <w:pPr>
              <w:spacing w:after="0" w:line="240" w:lineRule="auto"/>
              <w:rPr>
                <w:lang w:val="ru-RU"/>
              </w:rPr>
            </w:pPr>
            <w:r w:rsidRPr="0013173D">
              <w:rPr>
                <w:lang w:val="ru-RU"/>
              </w:rPr>
              <w:t>423556, Республика Татарстан, Нижнекамский район, г.Нижнекамск, ул.Первопроходцев, дом 31, офис 18.3</w:t>
            </w:r>
          </w:p>
        </w:tc>
      </w:tr>
      <w:tr w:rsidR="00306DEE" w:rsidRPr="00447E85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Pr="003867BB" w:rsidRDefault="00306DEE" w:rsidP="003867BB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ТТС Инжиниринг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1656094269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Pr="0013173D" w:rsidRDefault="008C6CAF">
            <w:pPr>
              <w:spacing w:after="0" w:line="240" w:lineRule="auto"/>
              <w:rPr>
                <w:lang w:val="ru-RU"/>
              </w:rPr>
            </w:pPr>
            <w:r w:rsidRPr="0013173D">
              <w:rPr>
                <w:lang w:val="ru-RU"/>
              </w:rPr>
              <w:t>420021, Республика Татарстан (Татарстан),г.Казань, ул.Лево-Булачная, дом 56, помещ.16, этаж 7</w:t>
            </w:r>
          </w:p>
        </w:tc>
      </w:tr>
      <w:tr w:rsidR="00306DEE" w:rsidRPr="00447E85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Pr="003867BB" w:rsidRDefault="00306DEE" w:rsidP="003867BB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СК КОМПЛЕКС СТРОИТЕЛЬНЫХ ТЕХНОЛОГИЙ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1660307216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Pr="0013173D" w:rsidRDefault="008C6CAF">
            <w:pPr>
              <w:spacing w:after="0" w:line="240" w:lineRule="auto"/>
              <w:rPr>
                <w:lang w:val="ru-RU"/>
              </w:rPr>
            </w:pPr>
            <w:r w:rsidRPr="0013173D">
              <w:rPr>
                <w:lang w:val="ru-RU"/>
              </w:rPr>
              <w:t>121357, г.Москва, вн.тер.г. муниципальный округ Можайский, ул.Верейская, дом 29, стр.134, пом.2Н/2</w:t>
            </w:r>
          </w:p>
        </w:tc>
      </w:tr>
      <w:tr w:rsidR="00306DEE" w:rsidRPr="00447E85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Pr="003867BB" w:rsidRDefault="00306DEE" w:rsidP="003867BB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ГРИН ТАУН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1660314340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Pr="0013173D" w:rsidRDefault="008C6CAF">
            <w:pPr>
              <w:spacing w:after="0" w:line="240" w:lineRule="auto"/>
              <w:rPr>
                <w:lang w:val="ru-RU"/>
              </w:rPr>
            </w:pPr>
            <w:r w:rsidRPr="0013173D">
              <w:rPr>
                <w:lang w:val="ru-RU"/>
              </w:rPr>
              <w:t>420087, Республика Татарстан (Татарстан), г.Казань, ул.Карбышева, дом 40, кв.107</w:t>
            </w:r>
          </w:p>
        </w:tc>
      </w:tr>
      <w:tr w:rsidR="00306DEE" w:rsidRPr="00447E85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Pr="003867BB" w:rsidRDefault="00306DEE" w:rsidP="003867BB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ДОРСТРОЙ КОМПЛЕКС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1660322775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Pr="0013173D" w:rsidRDefault="008C6CAF">
            <w:pPr>
              <w:spacing w:after="0" w:line="240" w:lineRule="auto"/>
              <w:rPr>
                <w:lang w:val="ru-RU"/>
              </w:rPr>
            </w:pPr>
            <w:r w:rsidRPr="0013173D">
              <w:rPr>
                <w:lang w:val="ru-RU"/>
              </w:rPr>
              <w:t>420029, Республика Татарстан. г.Казань, г.Казань, ул.Пионерская, здание 17, офис 4</w:t>
            </w:r>
          </w:p>
        </w:tc>
      </w:tr>
      <w:tr w:rsidR="00306DEE" w:rsidRPr="00447E85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Pr="003867BB" w:rsidRDefault="00306DEE" w:rsidP="003867BB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ПСК Премиум Строй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1686023836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Pr="0013173D" w:rsidRDefault="008C6CAF">
            <w:pPr>
              <w:spacing w:after="0" w:line="240" w:lineRule="auto"/>
              <w:rPr>
                <w:lang w:val="ru-RU"/>
              </w:rPr>
            </w:pPr>
            <w:r w:rsidRPr="0013173D">
              <w:rPr>
                <w:lang w:val="ru-RU"/>
              </w:rPr>
              <w:t>420140, Республика Татарстан (Татарстан),г.Казань, ул.Родины, зд.43, помещ.22</w:t>
            </w:r>
          </w:p>
        </w:tc>
      </w:tr>
      <w:tr w:rsidR="00306DEE" w:rsidRPr="00447E85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Pr="003867BB" w:rsidRDefault="00306DEE" w:rsidP="003867BB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СЭПЦЕНТР-Н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5406639774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Pr="0013173D" w:rsidRDefault="008C6CAF">
            <w:pPr>
              <w:spacing w:after="0" w:line="240" w:lineRule="auto"/>
              <w:rPr>
                <w:lang w:val="ru-RU"/>
              </w:rPr>
            </w:pPr>
            <w:r w:rsidRPr="0013173D">
              <w:rPr>
                <w:lang w:val="ru-RU"/>
              </w:rPr>
              <w:t>630078, Новосибирская область, г.Новосибирск, ул.Пермитина, дом 24, офис 223</w:t>
            </w:r>
          </w:p>
        </w:tc>
      </w:tr>
      <w:tr w:rsidR="00306DEE" w:rsidRPr="00447E85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Pr="003867BB" w:rsidRDefault="00306DEE" w:rsidP="003867BB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ИП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Купчин А.С.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270414424766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Pr="0013173D" w:rsidRDefault="008C6CAF">
            <w:pPr>
              <w:spacing w:after="0" w:line="240" w:lineRule="auto"/>
              <w:rPr>
                <w:lang w:val="ru-RU"/>
              </w:rPr>
            </w:pPr>
            <w:r w:rsidRPr="0013173D">
              <w:rPr>
                <w:lang w:val="ru-RU"/>
              </w:rPr>
              <w:t>680007, г.Хабаровск, ул.Оборонная, дом 8б, кв.107</w:t>
            </w:r>
          </w:p>
        </w:tc>
      </w:tr>
      <w:tr w:rsidR="00306DEE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Pr="003867BB" w:rsidRDefault="00306DEE" w:rsidP="003867BB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ПРОЕКТ 57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5406849394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 w:rsidRPr="0013173D">
              <w:rPr>
                <w:lang w:val="ru-RU"/>
              </w:rPr>
              <w:t xml:space="preserve">630007, Новосибирская область, г. Новосибирск, ул. </w:t>
            </w:r>
            <w:r>
              <w:t>Фабричная, д.4, офис 301/2</w:t>
            </w:r>
          </w:p>
        </w:tc>
      </w:tr>
      <w:tr w:rsidR="00306DEE" w:rsidRPr="00447E85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306DEE" w:rsidP="003867BB">
            <w:pPr>
              <w:pStyle w:val="ae"/>
              <w:numPr>
                <w:ilvl w:val="0"/>
                <w:numId w:val="10"/>
              </w:numPr>
              <w:spacing w:after="0" w:line="240" w:lineRule="auto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Санта-Юг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9204510084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Pr="0013173D" w:rsidRDefault="008C6CAF">
            <w:pPr>
              <w:spacing w:after="0" w:line="240" w:lineRule="auto"/>
              <w:rPr>
                <w:lang w:val="ru-RU"/>
              </w:rPr>
            </w:pPr>
            <w:r w:rsidRPr="0013173D">
              <w:rPr>
                <w:lang w:val="ru-RU"/>
              </w:rPr>
              <w:t>299011, г.Севастополь, ул.Одесская, дом 27 Б, пом.4</w:t>
            </w:r>
          </w:p>
        </w:tc>
      </w:tr>
      <w:tr w:rsidR="00306DEE" w:rsidRPr="00447E85" w:rsidTr="0057072B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DEE" w:rsidRPr="0057072B" w:rsidRDefault="00306DEE" w:rsidP="003867BB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color w:val="000000" w:themeColor="text1"/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DEE" w:rsidRPr="0057072B" w:rsidRDefault="008C6CAF">
            <w:pPr>
              <w:spacing w:after="0" w:line="240" w:lineRule="auto"/>
              <w:rPr>
                <w:color w:val="000000" w:themeColor="text1"/>
              </w:rPr>
            </w:pPr>
            <w:r w:rsidRPr="0057072B">
              <w:rPr>
                <w:color w:val="000000" w:themeColor="text1"/>
              </w:rP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DEE" w:rsidRPr="0057072B" w:rsidRDefault="008C6CAF" w:rsidP="0057072B">
            <w:pPr>
              <w:spacing w:after="0" w:line="240" w:lineRule="auto"/>
              <w:rPr>
                <w:color w:val="000000" w:themeColor="text1"/>
              </w:rPr>
            </w:pPr>
            <w:r w:rsidRPr="0057072B">
              <w:rPr>
                <w:color w:val="000000" w:themeColor="text1"/>
              </w:rPr>
              <w:t xml:space="preserve">Марьям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DEE" w:rsidRPr="0057072B" w:rsidRDefault="008C6CAF">
            <w:pPr>
              <w:spacing w:after="0" w:line="240" w:lineRule="auto"/>
              <w:rPr>
                <w:color w:val="000000" w:themeColor="text1"/>
              </w:rPr>
            </w:pPr>
            <w:r w:rsidRPr="0057072B">
              <w:rPr>
                <w:color w:val="000000" w:themeColor="text1"/>
              </w:rPr>
              <w:t>2015045015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DEE" w:rsidRPr="0057072B" w:rsidRDefault="008C6CAF">
            <w:pPr>
              <w:spacing w:after="0" w:line="240" w:lineRule="auto"/>
              <w:rPr>
                <w:color w:val="000000" w:themeColor="text1"/>
                <w:lang w:val="ru-RU"/>
              </w:rPr>
            </w:pPr>
            <w:r w:rsidRPr="0057072B">
              <w:rPr>
                <w:color w:val="000000" w:themeColor="text1"/>
                <w:lang w:val="ru-RU"/>
              </w:rPr>
              <w:t>364015, Чеченская Республика, г.Грозный, ул.Узуева, дом 64</w:t>
            </w:r>
          </w:p>
        </w:tc>
      </w:tr>
      <w:tr w:rsidR="00306DEE" w:rsidRPr="00447E85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Pr="003867BB" w:rsidRDefault="00306DEE" w:rsidP="003867BB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Паток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9723088557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Pr="0013173D" w:rsidRDefault="008C6CAF">
            <w:pPr>
              <w:spacing w:after="0" w:line="240" w:lineRule="auto"/>
              <w:rPr>
                <w:lang w:val="ru-RU"/>
              </w:rPr>
            </w:pPr>
            <w:r w:rsidRPr="0013173D">
              <w:rPr>
                <w:lang w:val="ru-RU"/>
              </w:rPr>
              <w:t>119017, г.Москва, вн.тер.муниципальный округ Замоскворечье, ул.Новокузнецкая, дом 4/12, стр.1, пом.1/3П</w:t>
            </w:r>
          </w:p>
        </w:tc>
      </w:tr>
      <w:tr w:rsidR="00306DEE" w:rsidRPr="00447E85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Pr="003867BB" w:rsidRDefault="00306DEE" w:rsidP="003867BB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Газ+Сервис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5247046487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Pr="0013173D" w:rsidRDefault="008C6CAF">
            <w:pPr>
              <w:spacing w:after="0" w:line="240" w:lineRule="auto"/>
              <w:rPr>
                <w:lang w:val="ru-RU"/>
              </w:rPr>
            </w:pPr>
            <w:r w:rsidRPr="0013173D">
              <w:rPr>
                <w:lang w:val="ru-RU"/>
              </w:rPr>
              <w:t>607061, Нижегородская область, г.Выкса, ул.Красные Зори, дом 93, кв.5</w:t>
            </w:r>
          </w:p>
        </w:tc>
      </w:tr>
      <w:tr w:rsidR="00306DEE" w:rsidRPr="00447E85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Pr="003867BB" w:rsidRDefault="00306DEE" w:rsidP="003867BB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РИП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5249176805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Pr="0013173D" w:rsidRDefault="008C6CAF">
            <w:pPr>
              <w:spacing w:after="0" w:line="240" w:lineRule="auto"/>
              <w:rPr>
                <w:lang w:val="ru-RU"/>
              </w:rPr>
            </w:pPr>
            <w:r w:rsidRPr="0013173D">
              <w:rPr>
                <w:lang w:val="ru-RU"/>
              </w:rPr>
              <w:t>603001, Нижегородская область, г.Нижний Новгород, ул.Почаинская, д.17 С, помещ.326</w:t>
            </w:r>
          </w:p>
        </w:tc>
      </w:tr>
      <w:tr w:rsidR="00306DEE" w:rsidRPr="00447E85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Pr="003867BB" w:rsidRDefault="00306DEE" w:rsidP="003867BB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Проект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5250020249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Pr="0013173D" w:rsidRDefault="008C6CAF">
            <w:pPr>
              <w:spacing w:after="0" w:line="240" w:lineRule="auto"/>
              <w:rPr>
                <w:lang w:val="ru-RU"/>
              </w:rPr>
            </w:pPr>
            <w:r w:rsidRPr="0013173D">
              <w:rPr>
                <w:lang w:val="ru-RU"/>
              </w:rPr>
              <w:t>353411, Краснодарский край, Анапский р-н, с.Супсех, ул.Удачная, дом 15-А</w:t>
            </w:r>
          </w:p>
        </w:tc>
      </w:tr>
      <w:tr w:rsidR="00306DEE" w:rsidRPr="00447E85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Pr="003867BB" w:rsidRDefault="00306DEE" w:rsidP="003867BB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СаровИнвест2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5254483914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Pr="0013173D" w:rsidRDefault="008C6CAF">
            <w:pPr>
              <w:spacing w:after="0" w:line="240" w:lineRule="auto"/>
              <w:rPr>
                <w:lang w:val="ru-RU"/>
              </w:rPr>
            </w:pPr>
            <w:r w:rsidRPr="0013173D">
              <w:rPr>
                <w:lang w:val="ru-RU"/>
              </w:rPr>
              <w:t>607188, г.Саров, Нижегородской обл., шоссе Южное, дом 26, стр.46</w:t>
            </w:r>
          </w:p>
        </w:tc>
      </w:tr>
      <w:tr w:rsidR="00306DEE" w:rsidRPr="00447E85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Pr="003867BB" w:rsidRDefault="00306DEE" w:rsidP="003867BB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НАГ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6659099112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Pr="0013173D" w:rsidRDefault="008C6CAF">
            <w:pPr>
              <w:spacing w:after="0" w:line="240" w:lineRule="auto"/>
              <w:rPr>
                <w:lang w:val="ru-RU"/>
              </w:rPr>
            </w:pPr>
            <w:r w:rsidRPr="0013173D">
              <w:rPr>
                <w:lang w:val="ru-RU"/>
              </w:rPr>
              <w:t>620110, Свердловская область, г.Екатеринбург, ул.Краснолесья, стр.12А, этаж 4</w:t>
            </w:r>
          </w:p>
        </w:tc>
      </w:tr>
      <w:tr w:rsidR="00306DEE" w:rsidRPr="00447E85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Pr="003867BB" w:rsidRDefault="00306DEE" w:rsidP="003867BB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НКГ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6671202648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Pr="0013173D" w:rsidRDefault="008C6CAF">
            <w:pPr>
              <w:spacing w:after="0" w:line="240" w:lineRule="auto"/>
              <w:rPr>
                <w:lang w:val="ru-RU"/>
              </w:rPr>
            </w:pPr>
            <w:r w:rsidRPr="0013173D">
              <w:rPr>
                <w:lang w:val="ru-RU"/>
              </w:rPr>
              <w:t>620102, Свердловская область, г.Екатеринбург, ул.Шаумяна, дом 73, к.А, кв.309</w:t>
            </w:r>
          </w:p>
        </w:tc>
      </w:tr>
      <w:tr w:rsidR="00306DEE" w:rsidRPr="00447E85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Pr="003867BB" w:rsidRDefault="00306DEE" w:rsidP="003867BB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АПК-СТРОЙПРОЕКТ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6612049927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Pr="0013173D" w:rsidRDefault="008C6CAF">
            <w:pPr>
              <w:spacing w:after="0" w:line="240" w:lineRule="auto"/>
              <w:rPr>
                <w:lang w:val="ru-RU"/>
              </w:rPr>
            </w:pPr>
            <w:r w:rsidRPr="0013173D">
              <w:rPr>
                <w:lang w:val="ru-RU"/>
              </w:rPr>
              <w:t>623417, Свердловская область, г.Каменск-Уральский, ул.Белинского, дом 73а</w:t>
            </w:r>
          </w:p>
        </w:tc>
      </w:tr>
      <w:tr w:rsidR="00306DEE" w:rsidRPr="00447E85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Pr="003867BB" w:rsidRDefault="00306DEE" w:rsidP="003867BB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Солар Девелопмент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9703001269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Pr="0013173D" w:rsidRDefault="008C6CAF">
            <w:pPr>
              <w:spacing w:after="0" w:line="240" w:lineRule="auto"/>
              <w:rPr>
                <w:lang w:val="ru-RU"/>
              </w:rPr>
            </w:pPr>
            <w:r w:rsidRPr="0013173D">
              <w:rPr>
                <w:lang w:val="ru-RU"/>
              </w:rPr>
              <w:t>123022, г.Москва, ул.2-я Звенигородская, дом 13, стр.41, пом.</w:t>
            </w:r>
            <w:r>
              <w:t>I</w:t>
            </w:r>
            <w:r w:rsidRPr="0013173D">
              <w:rPr>
                <w:lang w:val="ru-RU"/>
              </w:rPr>
              <w:t>, ком.20 (часть комнаты)</w:t>
            </w:r>
          </w:p>
        </w:tc>
      </w:tr>
      <w:tr w:rsidR="00306DEE" w:rsidRPr="00447E85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Pr="003867BB" w:rsidRDefault="00306DEE" w:rsidP="003867BB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НПО МАРС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7445039069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Pr="0013173D" w:rsidRDefault="008C6CAF">
            <w:pPr>
              <w:spacing w:after="0" w:line="240" w:lineRule="auto"/>
              <w:rPr>
                <w:lang w:val="ru-RU"/>
              </w:rPr>
            </w:pPr>
            <w:r w:rsidRPr="0013173D">
              <w:rPr>
                <w:lang w:val="ru-RU"/>
              </w:rPr>
              <w:t>454128, Челябинская область, г.Челябинск, ул.Чичерина, дом 29 А, кв.75</w:t>
            </w:r>
          </w:p>
        </w:tc>
      </w:tr>
      <w:tr w:rsidR="00306DEE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Pr="003867BB" w:rsidRDefault="00306DEE" w:rsidP="003867BB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УралСКБ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7447313285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 w:rsidRPr="0013173D">
              <w:rPr>
                <w:lang w:val="ru-RU"/>
              </w:rPr>
              <w:t xml:space="preserve">454018, Челябинская область, г.о.Челябинский, вн. р-н Калининский, г. Челябинск, ул. </w:t>
            </w:r>
            <w:r>
              <w:t>Неглинная, д. 176</w:t>
            </w:r>
          </w:p>
        </w:tc>
      </w:tr>
      <w:tr w:rsidR="00306DEE" w:rsidRPr="00447E85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306DEE" w:rsidP="003867BB">
            <w:pPr>
              <w:pStyle w:val="ae"/>
              <w:numPr>
                <w:ilvl w:val="0"/>
                <w:numId w:val="10"/>
              </w:numPr>
              <w:spacing w:after="0" w:line="240" w:lineRule="auto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ИП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Азизов Е.Р.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610302980246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Pr="0013173D" w:rsidRDefault="008C6CAF">
            <w:pPr>
              <w:spacing w:after="0" w:line="240" w:lineRule="auto"/>
              <w:rPr>
                <w:lang w:val="ru-RU"/>
              </w:rPr>
            </w:pPr>
            <w:r w:rsidRPr="0013173D">
              <w:rPr>
                <w:lang w:val="ru-RU"/>
              </w:rPr>
              <w:t>346610, Ростовская область, Багаевский р-н, станица Багаевская, пер.Головина, дом 1Б</w:t>
            </w:r>
          </w:p>
        </w:tc>
      </w:tr>
      <w:tr w:rsidR="00306DEE" w:rsidRPr="00447E85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Pr="003867BB" w:rsidRDefault="00306DEE" w:rsidP="003867BB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ИНСТИТУТ ПРОЕКТИРОВАНИЯ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6130009929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Pr="0013173D" w:rsidRDefault="008C6CAF">
            <w:pPr>
              <w:spacing w:after="0" w:line="240" w:lineRule="auto"/>
              <w:rPr>
                <w:lang w:val="ru-RU"/>
              </w:rPr>
            </w:pPr>
            <w:r w:rsidRPr="0013173D">
              <w:rPr>
                <w:lang w:val="ru-RU"/>
              </w:rPr>
              <w:t>346580, Ростовская область, Родионово-Несветайский р-н, слобода Родионово-Несветайская, ул.Пушкинская, дом18 А, пом.8</w:t>
            </w:r>
          </w:p>
        </w:tc>
      </w:tr>
      <w:tr w:rsidR="00306DEE" w:rsidRPr="00447E85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Pr="003867BB" w:rsidRDefault="00306DEE" w:rsidP="003867BB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ИП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Исматулаева Диана Абдулаевна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613070786001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Pr="0013173D" w:rsidRDefault="008C6CAF">
            <w:pPr>
              <w:spacing w:after="0" w:line="240" w:lineRule="auto"/>
              <w:rPr>
                <w:lang w:val="ru-RU"/>
              </w:rPr>
            </w:pPr>
            <w:r w:rsidRPr="0013173D">
              <w:rPr>
                <w:lang w:val="ru-RU"/>
              </w:rPr>
              <w:t>344006, Ростовская область, г.Ростов-на-Дону, пр.Соколова, дом 8, кв.12</w:t>
            </w:r>
          </w:p>
        </w:tc>
      </w:tr>
      <w:tr w:rsidR="00306DEE" w:rsidRPr="00447E85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Pr="003867BB" w:rsidRDefault="00306DEE" w:rsidP="003867BB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Три Эс Груп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7743234185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Pr="0013173D" w:rsidRDefault="008C6CAF">
            <w:pPr>
              <w:spacing w:after="0" w:line="240" w:lineRule="auto"/>
              <w:rPr>
                <w:lang w:val="ru-RU"/>
              </w:rPr>
            </w:pPr>
            <w:r w:rsidRPr="0013173D">
              <w:rPr>
                <w:lang w:val="ru-RU"/>
              </w:rPr>
              <w:t>123056, г.Москва, вн.тер.г. муниципальный округ Пресненский, ул.Б.Грузинская, дом 38, стр.1</w:t>
            </w:r>
          </w:p>
        </w:tc>
      </w:tr>
      <w:tr w:rsidR="00306DEE" w:rsidRPr="00447E85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Pr="003867BB" w:rsidRDefault="00306DEE" w:rsidP="003867BB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Альянс Спец Проект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9718139171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Pr="0013173D" w:rsidRDefault="008C6CAF">
            <w:pPr>
              <w:spacing w:after="0" w:line="240" w:lineRule="auto"/>
              <w:rPr>
                <w:lang w:val="ru-RU"/>
              </w:rPr>
            </w:pPr>
            <w:r w:rsidRPr="0013173D">
              <w:rPr>
                <w:lang w:val="ru-RU"/>
              </w:rPr>
              <w:t>129085, г.Москва, вн.тер.г.муниципальный округ Останкинский, б-р Звездный, дом 21, стр.1, пом.14/8</w:t>
            </w:r>
          </w:p>
        </w:tc>
      </w:tr>
      <w:tr w:rsidR="00306DEE" w:rsidRPr="00447E85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306DEE" w:rsidP="003867BB">
            <w:pPr>
              <w:pStyle w:val="ae"/>
              <w:numPr>
                <w:ilvl w:val="0"/>
                <w:numId w:val="10"/>
              </w:numPr>
              <w:spacing w:after="0" w:line="240" w:lineRule="auto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МЕКОМ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7726761368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Pr="0013173D" w:rsidRDefault="008C6CAF">
            <w:pPr>
              <w:spacing w:after="0" w:line="240" w:lineRule="auto"/>
              <w:rPr>
                <w:lang w:val="ru-RU"/>
              </w:rPr>
            </w:pPr>
            <w:r w:rsidRPr="0013173D">
              <w:rPr>
                <w:lang w:val="ru-RU"/>
              </w:rPr>
              <w:t xml:space="preserve">129347, г.Москва, вн.тер.г. муниципальный округ </w:t>
            </w:r>
            <w:r w:rsidRPr="0013173D">
              <w:rPr>
                <w:lang w:val="ru-RU"/>
              </w:rPr>
              <w:lastRenderedPageBreak/>
              <w:t>Ярославский, ш.Ярославское, дом 146, корп.2, эт.4, пом.414</w:t>
            </w:r>
          </w:p>
        </w:tc>
      </w:tr>
      <w:tr w:rsidR="00306DEE" w:rsidRPr="00447E85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Pr="003867BB" w:rsidRDefault="00306DEE" w:rsidP="003867BB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НПП Реставрационный центр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7709083786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Pr="0013173D" w:rsidRDefault="008C6CAF">
            <w:pPr>
              <w:spacing w:after="0" w:line="240" w:lineRule="auto"/>
              <w:rPr>
                <w:lang w:val="ru-RU"/>
              </w:rPr>
            </w:pPr>
            <w:r w:rsidRPr="0013173D">
              <w:rPr>
                <w:lang w:val="ru-RU"/>
              </w:rPr>
              <w:t>129223, г.Москва, проспект Мира, д.119, стр.553, пом.</w:t>
            </w:r>
            <w:r>
              <w:t>I</w:t>
            </w:r>
            <w:r w:rsidRPr="0013173D">
              <w:rPr>
                <w:lang w:val="ru-RU"/>
              </w:rPr>
              <w:t>, комн.30</w:t>
            </w:r>
          </w:p>
        </w:tc>
      </w:tr>
      <w:tr w:rsidR="00306DEE" w:rsidRPr="00447E85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Pr="003867BB" w:rsidRDefault="00306DEE" w:rsidP="003867BB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Корпорация Энергомашэкспорт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7709219846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Pr="0013173D" w:rsidRDefault="008C6CAF">
            <w:pPr>
              <w:spacing w:after="0" w:line="240" w:lineRule="auto"/>
              <w:rPr>
                <w:lang w:val="ru-RU"/>
              </w:rPr>
            </w:pPr>
            <w:r w:rsidRPr="0013173D">
              <w:rPr>
                <w:lang w:val="ru-RU"/>
              </w:rPr>
              <w:t>119002, г.Москва, вн.тер.г.муниципальный округ Хамовники, пер.Денежный, дом 7, к.2, этаж/пом.2/</w:t>
            </w:r>
            <w:r>
              <w:t>III</w:t>
            </w:r>
            <w:r w:rsidRPr="0013173D">
              <w:rPr>
                <w:lang w:val="ru-RU"/>
              </w:rPr>
              <w:t>, комн.12ж</w:t>
            </w:r>
          </w:p>
        </w:tc>
      </w:tr>
      <w:tr w:rsidR="00306DEE" w:rsidRPr="00447E85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Pr="003867BB" w:rsidRDefault="00306DEE" w:rsidP="003867BB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ГБУ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Жилищник района Южное Медведково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7715488565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Pr="0013173D" w:rsidRDefault="008C6CAF">
            <w:pPr>
              <w:spacing w:after="0" w:line="240" w:lineRule="auto"/>
              <w:rPr>
                <w:lang w:val="ru-RU"/>
              </w:rPr>
            </w:pPr>
            <w:r w:rsidRPr="0013173D">
              <w:rPr>
                <w:lang w:val="ru-RU"/>
              </w:rPr>
              <w:t>127221, г.Москва, ул.Молодцова, дом 9</w:t>
            </w:r>
          </w:p>
        </w:tc>
      </w:tr>
      <w:tr w:rsidR="00306DEE" w:rsidRPr="00447E85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Pr="003867BB" w:rsidRDefault="00306DEE" w:rsidP="003867BB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ПРОДИМ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7715566742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Pr="0013173D" w:rsidRDefault="008C6CAF">
            <w:pPr>
              <w:spacing w:after="0" w:line="240" w:lineRule="auto"/>
              <w:rPr>
                <w:lang w:val="ru-RU"/>
              </w:rPr>
            </w:pPr>
            <w:r w:rsidRPr="0013173D">
              <w:rPr>
                <w:lang w:val="ru-RU"/>
              </w:rPr>
              <w:t>123056, г.Москва,вн.тер.г.муниципальный округ Пресненский, ул.Большая Грузинская, дом 61, стр.2, пом.11/5</w:t>
            </w:r>
          </w:p>
        </w:tc>
      </w:tr>
      <w:tr w:rsidR="00306DEE" w:rsidRPr="00447E85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Pr="003867BB" w:rsidRDefault="00306DEE" w:rsidP="003867BB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ИСЭ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9701038915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Pr="0013173D" w:rsidRDefault="008C6CAF">
            <w:pPr>
              <w:spacing w:after="0" w:line="240" w:lineRule="auto"/>
              <w:rPr>
                <w:lang w:val="ru-RU"/>
              </w:rPr>
            </w:pPr>
            <w:r w:rsidRPr="0013173D">
              <w:rPr>
                <w:lang w:val="ru-RU"/>
              </w:rPr>
              <w:t>107023, г.Москва, вн.тер.г.муниципальный округ Соколиная гора, пл.Семеновская, дом 1А, пом.1/6</w:t>
            </w:r>
          </w:p>
        </w:tc>
      </w:tr>
      <w:tr w:rsidR="00306DEE" w:rsidRPr="00447E85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Pr="003867BB" w:rsidRDefault="00306DEE" w:rsidP="003867BB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ТехПроектСтрой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9701084365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Pr="0013173D" w:rsidRDefault="008C6CAF">
            <w:pPr>
              <w:spacing w:after="0" w:line="240" w:lineRule="auto"/>
              <w:rPr>
                <w:lang w:val="ru-RU"/>
              </w:rPr>
            </w:pPr>
            <w:r w:rsidRPr="0013173D">
              <w:rPr>
                <w:lang w:val="ru-RU"/>
              </w:rPr>
              <w:t>105082, г.Москва, Рубцовская наб., дом 3, стр.1, этаж 4, пом.1, комн.3</w:t>
            </w:r>
          </w:p>
        </w:tc>
      </w:tr>
      <w:tr w:rsidR="00306DEE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Pr="003867BB" w:rsidRDefault="00306DEE" w:rsidP="003867BB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МОВИСТА РЕГИОНЫ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9706009241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 w:rsidRPr="0013173D">
              <w:rPr>
                <w:lang w:val="ru-RU"/>
              </w:rPr>
              <w:t xml:space="preserve">119072, г.Москва, Берсеневская наб., д.8, стр.1, этаж 3, пом. </w:t>
            </w:r>
            <w:r>
              <w:t>II, ком.12</w:t>
            </w:r>
          </w:p>
        </w:tc>
      </w:tr>
      <w:tr w:rsidR="00306DEE" w:rsidRPr="00447E85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306DEE" w:rsidP="003867BB">
            <w:pPr>
              <w:pStyle w:val="ae"/>
              <w:numPr>
                <w:ilvl w:val="0"/>
                <w:numId w:val="10"/>
              </w:numPr>
              <w:spacing w:after="0" w:line="240" w:lineRule="auto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ИСтоК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9715383020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Pr="0013173D" w:rsidRDefault="008C6CAF">
            <w:pPr>
              <w:spacing w:after="0" w:line="240" w:lineRule="auto"/>
              <w:rPr>
                <w:lang w:val="ru-RU"/>
              </w:rPr>
            </w:pPr>
            <w:r w:rsidRPr="0013173D">
              <w:rPr>
                <w:lang w:val="ru-RU"/>
              </w:rPr>
              <w:t>127081, г.Москва, вн.тер.г.муниципальный округ Южное Медведково, пр-д Дежнева, дом 38А, помещ.2/1</w:t>
            </w:r>
          </w:p>
        </w:tc>
      </w:tr>
      <w:tr w:rsidR="00306DEE" w:rsidRPr="00447E85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Pr="003867BB" w:rsidRDefault="00306DEE" w:rsidP="003867BB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ПСК Регул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9717091512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Pr="0013173D" w:rsidRDefault="008C6CAF">
            <w:pPr>
              <w:spacing w:after="0" w:line="240" w:lineRule="auto"/>
              <w:rPr>
                <w:lang w:val="ru-RU"/>
              </w:rPr>
            </w:pPr>
            <w:r w:rsidRPr="0013173D">
              <w:rPr>
                <w:lang w:val="ru-RU"/>
              </w:rPr>
              <w:t>129515, г. Москва, ул. Академика Королева, д. 13, стр. 1, эт. 8, ком. 801, оф. 88</w:t>
            </w:r>
          </w:p>
        </w:tc>
      </w:tr>
      <w:tr w:rsidR="00306DEE" w:rsidRPr="00447E85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Pr="003867BB" w:rsidRDefault="00306DEE" w:rsidP="003867BB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ИНЖПРОЕКТ-21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Default="008C6CAF">
            <w:pPr>
              <w:spacing w:after="0" w:line="240" w:lineRule="auto"/>
            </w:pPr>
            <w:r>
              <w:t>9717106977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6DEE" w:rsidRPr="0013173D" w:rsidRDefault="008C6CAF">
            <w:pPr>
              <w:spacing w:after="0" w:line="240" w:lineRule="auto"/>
              <w:rPr>
                <w:lang w:val="ru-RU"/>
              </w:rPr>
            </w:pPr>
            <w:r w:rsidRPr="0013173D">
              <w:rPr>
                <w:lang w:val="ru-RU"/>
              </w:rPr>
              <w:t>107078, г.Москва, вн.тер.г.муниципальный округ Басманный, ул.Новая Басманная, д.14, стр. 4</w:t>
            </w:r>
          </w:p>
        </w:tc>
      </w:tr>
    </w:tbl>
    <w:p w:rsidR="008C6CAF" w:rsidRPr="0013173D" w:rsidRDefault="008C6CAF">
      <w:pPr>
        <w:rPr>
          <w:lang w:val="ru-RU"/>
        </w:rPr>
      </w:pPr>
    </w:p>
    <w:sectPr w:rsidR="008C6CAF" w:rsidRPr="0013173D" w:rsidSect="00034616">
      <w:pgSz w:w="16838" w:h="11906" w:orient="landscape"/>
      <w:pgMar w:top="68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B0E55DE"/>
    <w:multiLevelType w:val="hybridMultilevel"/>
    <w:tmpl w:val="C2A6EC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3173D"/>
    <w:rsid w:val="0015074B"/>
    <w:rsid w:val="0029639D"/>
    <w:rsid w:val="00306DEE"/>
    <w:rsid w:val="00326F90"/>
    <w:rsid w:val="003867BB"/>
    <w:rsid w:val="00447E85"/>
    <w:rsid w:val="004E1530"/>
    <w:rsid w:val="0057072B"/>
    <w:rsid w:val="008C6CAF"/>
    <w:rsid w:val="00AA1D8D"/>
    <w:rsid w:val="00B47730"/>
    <w:rsid w:val="00BA0BD9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eastAsia="Times New Roman" w:hAnsi="Times New Roman" w:cs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BA0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BA0BD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eastAsia="Times New Roman" w:hAnsi="Times New Roman" w:cs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BA0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BA0BD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3A9A10B-325C-4299-943D-4E68D1D4F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4504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Миронов Павел Алексеевич</cp:lastModifiedBy>
  <cp:revision>7</cp:revision>
  <dcterms:created xsi:type="dcterms:W3CDTF">2013-12-23T23:15:00Z</dcterms:created>
  <dcterms:modified xsi:type="dcterms:W3CDTF">2026-07-28T08:55:00Z</dcterms:modified>
  <cp:category/>
</cp:coreProperties>
</file>